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right"/>
        <w:bidi/>
      </w:pPr>
      <w:r>
        <w:rPr>
          <w:rFonts w:ascii="Arial" w:hAnsi="Arial"/>
          <w:sz w:val="28"/>
          <w:rtl/>
        </w:rPr>
        <w:t>اختبار تحويل مستند عربي</w:t>
      </w:r>
    </w:p>
    <w:p>
      <w:pPr>
        <w:jc w:val="right"/>
        <w:bidi/>
      </w:pPr>
      <w:r>
        <w:rPr>
          <w:rFonts w:ascii="Arial" w:hAnsi="Arial"/>
          <w:sz w:val="28"/>
          <w:rtl/>
        </w:rPr>
        <w:t>هذا مستند تجريبي أصلي أعده فريق AppDalil في 29 أكتوبر 2026 لاختبار تحويل الملفات ودمجها. جميع الأسماء والأرقام أمثلة تعليمية ولا تمثل بيانات عميل.</w:t>
      </w:r>
    </w:p>
    <w:p>
      <w:pPr>
        <w:pStyle w:val="Heading1"/>
        <w:jc w:val="right"/>
        <w:bidi/>
      </w:pPr>
      <w:r>
        <w:rPr>
          <w:rFonts w:ascii="Arial" w:hAnsi="Arial"/>
          <w:sz w:val="28"/>
          <w:rtl/>
        </w:rPr>
        <w:t>خطة ورشة فكرة</w:t>
      </w:r>
    </w:p>
    <w:p>
      <w:pPr>
        <w:jc w:val="right"/>
        <w:bidi/>
      </w:pPr>
      <w:r>
        <w:rPr>
          <w:rFonts w:ascii="Arial" w:hAnsi="Arial"/>
          <w:sz w:val="28"/>
          <w:rtl/>
        </w:rPr>
        <w:t>تقدم ورشة فكرة خدمات التصميم وصناعة المحتوى. نراجع في هذه التجربة ترتيب الكلمات العربية، واتصال الحروف، وعلامات الترقيم، والأرقام داخل الجدول.</w:t>
      </w:r>
    </w:p>
    <w:p>
      <w:pPr>
        <w:jc w:val="right"/>
        <w:bidi/>
      </w:pPr>
      <w:r>
        <w:rPr>
          <w:rFonts w:ascii="Arial" w:hAnsi="Arial"/>
          <w:sz w:val="28"/>
          <w:rtl/>
        </w:rPr>
        <w:t>موعد التسليم يوم الأحد، والمراجعة يوم الثلاثاء. يشمل العرض ثلاث صفحات وتصميم صورتين، ولا يشمل رسوم الطباعة أو أي اشتراك مدفوع.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jc w:val="right"/>
              <w:bidi/>
            </w:pPr>
            <w:r>
              <w:rPr>
                <w:rFonts w:ascii="Arial" w:hAnsi="Arial"/>
                <w:sz w:val="28"/>
                <w:rtl/>
              </w:rPr>
              <w:t>الخدمة</w:t>
            </w:r>
          </w:p>
        </w:tc>
        <w:tc>
          <w:tcPr>
            <w:tcW w:type="dxa" w:w="3213"/>
          </w:tcPr>
          <w:p>
            <w:pPr>
              <w:jc w:val="right"/>
              <w:bidi/>
            </w:pPr>
            <w:r>
              <w:rPr>
                <w:rFonts w:ascii="Arial" w:hAnsi="Arial"/>
                <w:sz w:val="28"/>
                <w:rtl/>
              </w:rPr>
              <w:t>الكمية</w:t>
            </w:r>
          </w:p>
        </w:tc>
        <w:tc>
          <w:tcPr>
            <w:tcW w:type="dxa" w:w="3213"/>
          </w:tcPr>
          <w:p>
            <w:pPr>
              <w:jc w:val="right"/>
              <w:bidi/>
            </w:pPr>
            <w:r>
              <w:rPr>
                <w:rFonts w:ascii="Arial" w:hAnsi="Arial"/>
                <w:sz w:val="28"/>
                <w:rtl/>
              </w:rPr>
              <w:t>القيمة التجريبية</w:t>
            </w:r>
          </w:p>
        </w:tc>
      </w:tr>
      <w:tr>
        <w:tc>
          <w:tcPr>
            <w:tcW w:type="dxa" w:w="3213"/>
          </w:tcPr>
          <w:p>
            <w:pPr>
              <w:jc w:val="right"/>
              <w:bidi/>
            </w:pPr>
            <w:r>
              <w:rPr>
                <w:rFonts w:ascii="Arial" w:hAnsi="Arial"/>
                <w:sz w:val="28"/>
                <w:rtl/>
              </w:rPr>
              <w:t>تصميم صفحة</w:t>
            </w:r>
          </w:p>
        </w:tc>
        <w:tc>
          <w:tcPr>
            <w:tcW w:type="dxa" w:w="3213"/>
          </w:tcPr>
          <w:p>
            <w:pPr>
              <w:jc w:val="right"/>
              <w:bidi/>
            </w:pPr>
            <w:r>
              <w:rPr>
                <w:rFonts w:ascii="Arial" w:hAnsi="Arial"/>
                <w:sz w:val="28"/>
                <w:rtl/>
              </w:rPr>
              <w:t>3</w:t>
            </w:r>
          </w:p>
        </w:tc>
        <w:tc>
          <w:tcPr>
            <w:tcW w:type="dxa" w:w="3213"/>
          </w:tcPr>
          <w:p>
            <w:pPr>
              <w:jc w:val="right"/>
              <w:bidi/>
            </w:pPr>
            <w:r>
              <w:rPr>
                <w:rFonts w:ascii="Arial" w:hAnsi="Arial"/>
                <w:sz w:val="28"/>
                <w:rtl/>
              </w:rPr>
              <w:t>1200</w:t>
            </w:r>
          </w:p>
        </w:tc>
      </w:tr>
      <w:tr>
        <w:tc>
          <w:tcPr>
            <w:tcW w:type="dxa" w:w="3213"/>
          </w:tcPr>
          <w:p>
            <w:pPr>
              <w:jc w:val="right"/>
              <w:bidi/>
            </w:pPr>
            <w:r>
              <w:rPr>
                <w:rFonts w:ascii="Arial" w:hAnsi="Arial"/>
                <w:sz w:val="28"/>
                <w:rtl/>
              </w:rPr>
              <w:t>مراجعة المحتوى</w:t>
            </w:r>
          </w:p>
        </w:tc>
        <w:tc>
          <w:tcPr>
            <w:tcW w:type="dxa" w:w="3213"/>
          </w:tcPr>
          <w:p>
            <w:pPr>
              <w:jc w:val="right"/>
              <w:bidi/>
            </w:pPr>
            <w:r>
              <w:rPr>
                <w:rFonts w:ascii="Arial" w:hAnsi="Arial"/>
                <w:sz w:val="28"/>
                <w:rtl/>
              </w:rPr>
              <w:t>2</w:t>
            </w:r>
          </w:p>
        </w:tc>
        <w:tc>
          <w:tcPr>
            <w:tcW w:type="dxa" w:w="3213"/>
          </w:tcPr>
          <w:p>
            <w:pPr>
              <w:jc w:val="right"/>
              <w:bidi/>
            </w:pPr>
            <w:r>
              <w:rPr>
                <w:rFonts w:ascii="Arial" w:hAnsi="Arial"/>
                <w:sz w:val="28"/>
                <w:rtl/>
              </w:rPr>
              <w:t>450</w:t>
            </w:r>
          </w:p>
        </w:tc>
      </w:tr>
      <w:tr>
        <w:tc>
          <w:tcPr>
            <w:tcW w:type="dxa" w:w="3213"/>
          </w:tcPr>
          <w:p>
            <w:pPr>
              <w:jc w:val="right"/>
              <w:bidi/>
            </w:pPr>
            <w:r>
              <w:rPr>
                <w:rFonts w:ascii="Arial" w:hAnsi="Arial"/>
                <w:sz w:val="28"/>
                <w:rtl/>
              </w:rPr>
              <w:t>الإجمالي</w:t>
            </w:r>
          </w:p>
        </w:tc>
        <w:tc>
          <w:tcPr>
            <w:tcW w:type="dxa" w:w="3213"/>
          </w:tcPr>
          <w:p>
            <w:pPr>
              <w:jc w:val="right"/>
              <w:bidi/>
            </w:pPr>
            <w:r>
              <w:rPr>
                <w:rFonts w:ascii="Arial" w:hAnsi="Arial"/>
                <w:sz w:val="28"/>
                <w:rtl/>
              </w:rPr>
              <w:t>5</w:t>
            </w:r>
          </w:p>
        </w:tc>
        <w:tc>
          <w:tcPr>
            <w:tcW w:type="dxa" w:w="3213"/>
          </w:tcPr>
          <w:p>
            <w:pPr>
              <w:jc w:val="right"/>
              <w:bidi/>
            </w:pPr>
            <w:r>
              <w:rPr>
                <w:rFonts w:ascii="Arial" w:hAnsi="Arial"/>
                <w:sz w:val="28"/>
                <w:rtl/>
              </w:rPr>
              <w:t>1650</w:t>
            </w:r>
          </w:p>
        </w:tc>
      </w:tr>
    </w:tbl>
    <w:p>
      <w:pPr>
        <w:jc w:val="right"/>
        <w:bidi/>
      </w:pPr>
      <w:r>
        <w:rPr>
          <w:rFonts w:ascii="Arial" w:hAnsi="Arial"/>
          <w:sz w:val="28"/>
          <w:rtl/>
        </w:rPr>
        <w:t>معرّف الاختبار: APPDALIL-AR-20261029-A</w:t>
      </w:r>
    </w:p>
    <w:p>
      <w:pPr>
        <w:jc w:val="right"/>
        <w:bidi/>
      </w:pPr>
      <w:r>
        <w:rPr>
          <w:rFonts w:ascii="Arial" w:hAnsi="Arial"/>
          <w:sz w:val="28"/>
          <w:rtl/>
        </w:rPr>
        <w:t>المبلغ 1650 رقم تجريبي بلا عملة. راجع اتجاه الكتابة بعد التحويل قبل مشاركة المستند.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AppDalil Editorial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